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חומות בתוך העיר – הגטו בשואה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להגדיר מהו גטו ולהסביר את מקור המושג והשימוש בו בידי הנאצים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מדוע הגטו הוא 'מושג נזיל' ולתאר הבדלים בין גטאות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דרכי עמידה של יהודים בגטו: עזרה הדדית, חינוך, דת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רובע מופרד שבו רוכזו יהודים בכפייה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מושג שהשתנה ממקום למקום ומזמן לזמן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בית ספר מחתרתי ולימוד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הוראה של היידריך לריכוז יהודי פולין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מועצה יהודית שהנאצים מינו כדי לנהל את חיי הגטו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ארכיון מחתרתי בגטו ורשה שתיעד את חיי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המושג קיים עוד מהגטו בוונציה ב-1516, אך הנאצים השתמשו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הבדלים בצורה, בתנאים ובזמן ההקמה בין גטאות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לא כל היהודים היו בגטאות, והגטאות הוקמו בזמנים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גטו ורשה היה הגדול ביותר ובצפיפות קשה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הצפיפות, הרעב והמחלות הגבירו את התמותה בגטאות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חלק מהגטאות היו פתוחים יותר, עם יציאה לעבודה וחזרה לפני העוצר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ורשה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יודנראט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ועדי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רינגלבלום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קורצ׳אק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(רובע מופרד שבו רוכזו יהודים בכפייה)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(הוראה לריכוז יהודי פולין וריכוזם בערים)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(מועצה יהודית שמונתה בכפייה)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(ארכיון מחתרתי שתיעד את חיי הגטו)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(עמד בראש בית יתומים ושמר על כבוד ילדיו)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(עזרה הדדית לדיירי בניין או חצר)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הגטאות הוקמו בזמנים שונים, וצורתם ותנאיהם היו שונים ממקום למקום - חלקם סגורים בחומה וחלקם פתוחים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לבודד את היהודים, לנצלם ולהחליש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עזרה הדדית באמצעות ועדי בתים, ולימוד ילדים בבתי ספר מחתרתיים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לשמור על זהותם, כבודם ותקוותם, ולהבטיח שהעולם ידע מה קרה 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מורחבת בסגנון 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מלאה צריכה לכלול: הגדרת הגטו ומטרת הנאצים (4 נק'), הסבר על הגטו כמושג נזיל או על תנאי החיים (2 נק'), ושתי דרכי התמודדות עם הסבר לכל אחת (3+3 נק')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רובע מופרד שרוכזו בו יהודים בכפייה בשואה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אחת: חינוך, עזרה הדדית, דת או 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המבטאת הבנה של המושג עמידה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לנהל את הדיון ברגישות, בשים לב לרקע רגשי אפשרי של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בפעילות הכרטיסיות כדי להמחיש את ההבדלים בין הגטאות ואת דרכי העמידה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מומלץ לאפשר רגע של שקט והתבוננות לפני המעבר לנושא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חומות בתוך העיר – הגטו בשואה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הגטו היה רובע מופרד שבו רוכזו יהודים בכפייה בתקופת השואה. הגטאות היו שונים זה מזה בצורתם ובתנאיהם, ולמרות הקושי הרב היהודים מצאו דרכים לשמור על כבודם ועל צלם האנוש שלהם.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גטו בתקופת השואה?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 לילדים 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רובע מופרד שבו רוכזו יהודים בכפייה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מחנה צבאי נאצי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ארגון מחתרתי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הביטוי 'מושג נזיל' ביחס לגטו?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מושג שקשור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מושג שהשתנה ממקום למקום ומזמן לזמן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מושג שאין לו הגדרה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מושג שהמציאו רק אחרי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מהדרכים הבאות היא דוגמה לעמידה בגטו?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שתיקה מוחלטת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 מחתרתי ולימוד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עזיבת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הימנעות מכל 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איגרת הבזק?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של יהודי ורשה לקהילות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הוראה של היידריך לריכוז יהודי פולין בערים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שהתיר ליהודים לצאת מהגטו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עיתון מחתרתי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תפקיד היודנראט?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לנהל את הצבא הנאצי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מועצה יהודית שהנאצים מינו כדי לנהל את חיי הגטו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שדאג לבריחת יהודים מהגטו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לילדים בגטו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ארכיון 'עונג שבת'?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ספרייה ציבורית בוורשה לפני המלחמה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ארכיון מחתרתי בגטו ורשה שתיעד את חיי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 רשמי של הנאצים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כנסת בגטו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הנאצים המציאו את המושג 'גטו'.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הגטאות נראו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היהודים באירופה הכבושה היו בגטאות באותו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גטו ורשה היה הגטו הגדול ביותר.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תנאי החיים הקשים בגטו היו אחד הגורמים לתמותת היהודים.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הגטאות היו סגורים בחומה.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הגטו היה רובע מופרד שבו רוכזו __________ בכפייה.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היה הגטו הגדול ביותר בתקופת השואה.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המועצה היהודית שהנאצים מינו בכל קהילה נקראה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ארגוני העזרה ההדדית של דיירי בניין או חצר בגטו נקראו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ההיסטוריון שייסד את ארכיון 'עונג שבת' היה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המחנך שעמד בראש בית יתומים בגטו ורשה היה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ארכיון מחתרתי שתיעד את חיי הגטו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איגרת הבזק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עמד בראש בית יתומים ושמר על כבוד ילדיו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יודנראט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עזרה הדדית לדיירי בניין או 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עונג 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רובע מופרד שבו רוכזו יהודים בכפייה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קורצ׳אק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מועצה יהודית שמונתה בכפייה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ועדי בתים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הוראה לריכוז יהודי פולין וריכוזם בערים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הגטו נחשב ל'מושג נזיל'.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הייתה מטרת הנאצים בהקמת הגטאות?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שתי דרכים שבהן שמרו היהודים על צלם אנוש בגטו.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לדעתכם הקימו אנשים בתי ספר ותיעדו את חייהם למרות המחסור במזון ובתרופות?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מורחבת בסגנון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היה הגטו בתקופת השואה, והציגו שתי דרכים שבהן התמודדו היהודים עם החיים בגטו.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גטו?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דרך אחת שבה שמרו היהודים על צלם אנוש בגטו.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על כוחו של האדם לשמור על כבודו בתנאים קשים?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חומות בתוך העיר – הגטו בשואה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