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חומות בתוך העיר – הגטו בשואה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מהו גטו ולהסביר את מקור המושג והשימוש בו בידי הנאצים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מדוע הגטו הוא 'מושג נזיל' ולתאר הבדלים בין גטאות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דרכי עמידה של יהודים בגטו: עזרה הדדית, חינוך, דת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רובע מופרד שבו רוכזו יהודים בכפייה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מושג שהשתנה ממקום למקום ומזמן לזמן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המושג קיים עוד מהגטו בוונציה ב-1516, אך הנאצים השתמשו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הבדלים בצורה, בתנאים ובזמן ההקמה בין גטאות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 כל היהודים היו בגטאות, והגטאות הוקמו בזמנים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יודנראט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(רובע מופרד שבו רוכזו יהודים בכפייה)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(הוראה לריכוז יהודי פולין וריכוזם בערים)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(מועצה יהודית שמונתה בכפייה)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(ארכיון מחתרתי שתיעד את חיי הגטו)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הגטאות הוקמו בזמנים שונים, וצורתם ותנאיהם היו שונים ממקום למקום - חלקם סגורים בחומה וחלקם פתוחים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לבודד את היהודים, לנצלם ולהחליש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 בסגנון 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רובע מופרד שרוכזו בו יהודים בכפייה בשואה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אחת: חינוך, עזרה הדדית, דת או 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המבטאת הבנה של המושג עמידה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לנהל את הדיון ברגישות, בשים לב לרקע רגשי אפשרי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בפעילות הכרטיסיות כדי להמחיש את ההבדלים בין הגטאות ואת דרכי העמידה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מומלץ לאפשר רגע של שקט והתבוננות לפני המעבר לנושא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חומות בתוך העיר – הגטו בשואה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הגטו היה רובע מופרד שבו רוכזו יהודים בכפייה בתקופת השואה. הגטאות היו שונים זה מזה בצורתם ובתנאיהם, ולמרות הקושי הרב היהודים מצאו דרכים לשמור על כבודם ועל צלם האנוש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יודנראט  ·  יהודים  ·  ורשה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גטו בתקופת השואה?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ספר לילדים 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רובע מופרד שבו רוכזו יהודים בכפייה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מחנה צבאי נאצי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הביטוי 'מושג נזיל' ביחס לגטו?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מושג שקשור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מושג שהשתנה ממקום למקום ומזמן לזמן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מושג שאין לו הגדרה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הנאצים המציאו את המושג 'גטו'.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הגטאות נראו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היהודים באירופה הכבושה היו בגטאות באותו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הגטו היה רובע מופרד שבו רוכזו __________ בכפייה.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היה הגטו הגדול ביותר בתקופת השואה.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המועצה היהודית שהנאצים מינו בכל קהילה נקראה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הוראה לריכוז יהודי פולין וריכוזם בערים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איגרת הבזק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רובע מופרד שבו רוכזו יהודים בכפייה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יודנראט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ארכיון מחתרתי שתיעד את חיי הגטו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עונג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מועצה יהודית שמונתה בכפייה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הגטו נחשב ל'מושג נזיל'.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הייתה מטרת הנאצים בהקמת הגטאות?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מורחבת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גטו?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דרך אחת שבה שמרו היהודים על צלם אנוש בגטו.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חומות בתוך העיר – הגטו בשואה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